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Project Abstraction</w:t>
      </w:r>
    </w:p>
    <w:p>
      <w:r>
        <w:br/>
        <w:t>Craft Shine is a comprehensive digital solution designed for Darwazeh Factory, a business that specializes in handcrafted mirrors and wooden shelves. The project addresses the factory's outdated manual sales system, which relied heavily on Instagram direct messages, leading to inefficiencies in communication, order tracking, and overall management.</w:t>
        <w:br/>
        <w:br/>
        <w:t>Craft Shine introduces an integrated platform that includes a mobile application and a website, aimed at enhancing both the customer experience and internal operations. The system supports three primary user groups: customers, employees, and administrators.</w:t>
        <w:br/>
        <w:br/>
        <w:t>Customers can browse products, use an augmented reality feature to visualize products in their own space, and benefit from a loyalty program and interactive features like a daily spin-the-wheel game. They also have access to real-time order tracking, map-based delivery location selection, and direct communication with customer support.</w:t>
        <w:br/>
        <w:br/>
        <w:t>Employees are provided with a dashboard to view and manage their tasks, request vacations, track their salaries, and communicate with management. Firebase notifications are integrated to ensure timely updates.</w:t>
        <w:br/>
        <w:br/>
        <w:t>Administrators have full control over the system. They can manage employees, monitor financial reports, oversee orders, and update content. The system includes cost-tracking tools for monitoring expenses, salaries, and profits. Real-time notifications keep administrators informed about customer and employee activities.</w:t>
        <w:br/>
        <w:br/>
        <w:t>Overall, Craft Shine modernizes Darwazeh Factory’s workflow, improves communication, boosts customer satisfaction, and provides data-driven insights for decision-making. It is a scalable, secure, and user-focused platform that prepares the business for future growth and digital expansion.</w:t>
        <w:br/>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