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  <w:jc w:val="right"/>
      </w:pPr>
      <w:r>
        <w:t>محطة طقس ذكية تدعم الاتصال اللاسلكي والاتصال عبر خطوط الكهرباء (PLC)</w:t>
      </w:r>
    </w:p>
    <w:p>
      <w:pPr>
        <w:jc w:val="right"/>
      </w:pPr>
      <w:r>
        <w:rPr>
          <w:b/>
        </w:rPr>
        <w:t>العام الأكاديمي: 2024 - 2025</w:t>
        <w:br/>
      </w:r>
      <w:r>
        <w:rPr>
          <w:b/>
        </w:rPr>
        <w:t>القسم: الهندسة الكهربائية</w:t>
        <w:br/>
      </w:r>
      <w:r>
        <w:rPr>
          <w:b/>
        </w:rPr>
        <w:t>المشرف: د. عمر التميمي</w:t>
        <w:br/>
      </w:r>
    </w:p>
    <w:p>
      <w:pPr>
        <w:pStyle w:val="Heading2"/>
        <w:jc w:val="right"/>
      </w:pPr>
      <w:r>
        <w:t>أعضاء الفريق:</w:t>
      </w:r>
    </w:p>
    <w:p>
      <w:pPr>
        <w:pStyle w:val="ListBullet"/>
        <w:jc w:val="right"/>
      </w:pPr>
      <w:r>
        <w:t>محمد عماد جواد زيد (الرقم الجامعي: 12239189)</w:t>
      </w:r>
    </w:p>
    <w:p>
      <w:pPr>
        <w:pStyle w:val="ListBullet"/>
        <w:jc w:val="right"/>
      </w:pPr>
      <w:r>
        <w:t>كامل شريف كامل قراعان (الرقم الجامعي: 12239177)</w:t>
      </w:r>
    </w:p>
    <w:p>
      <w:pPr>
        <w:pStyle w:val="ListBullet"/>
        <w:jc w:val="right"/>
      </w:pPr>
      <w:r>
        <w:t>فتحي فادي راشد (الرقم الجامعي: 12239199)</w:t>
      </w:r>
    </w:p>
    <w:p>
      <w:pPr>
        <w:pStyle w:val="ListBullet"/>
        <w:jc w:val="right"/>
      </w:pPr>
      <w:r>
        <w:t>علي الخليلي (الرقم الجامعي: 12239151)</w:t>
      </w:r>
    </w:p>
    <w:p>
      <w:pPr>
        <w:pStyle w:val="Heading2"/>
        <w:jc w:val="right"/>
      </w:pPr>
      <w:r>
        <w:t>الملخص</w:t>
      </w:r>
    </w:p>
    <w:p>
      <w:pPr>
        <w:pStyle w:val="Heading3"/>
        <w:jc w:val="right"/>
      </w:pPr>
      <w:r>
        <w:t>1. أهمية المشروع</w:t>
      </w:r>
    </w:p>
    <w:p>
      <w:pPr>
        <w:jc w:val="right"/>
      </w:pPr>
      <w:r>
        <w:t>تُعد محطة الطقس الذكية نظامًا متقدمًا صُمم لقياس وتحليل الظروف الجوية في الوقت الحقيقي بدقة عالية.</w:t>
        <w:br/>
        <w:t>توفر بيانات حديثة ودقيقة ضرورية لمراقبة الطقس، والتخطيط البيئي، والتنبؤات الاقتصادية.</w:t>
        <w:br/>
        <w:t>مع تسارع التغيرات المناخية وازدياد الحاجة إلى معلومات موثوقة، أصبحت أنظمة المراقبة الذكية ضرورة ملحّة، خاصة في قطاعات الزراعة والطاقة وإدارة الكوارث.</w:t>
        <w:br/>
        <w:t>يوفر المشروع حلاً تقنيًا لجمع البيانات المناخية وتخزينها وتحليلها بشكل مستمر لإنتاج تقارير موثوقة مع واجهة إلكترونية تقدم تحديثات فورية.</w:t>
      </w:r>
    </w:p>
    <w:p>
      <w:pPr>
        <w:pStyle w:val="Heading3"/>
        <w:jc w:val="right"/>
      </w:pPr>
      <w:r>
        <w:t>2. الجوانب الرئيسية التي يغطيها المشروع</w:t>
      </w:r>
    </w:p>
    <w:p>
      <w:pPr>
        <w:jc w:val="right"/>
      </w:pPr>
      <w:r>
        <w:t>• جمع بيانات دقيقة باستخدام محطة حديثة وآلية بالكامل.</w:t>
        <w:br/>
        <w:t>• تخزين وتحليل مركزي للبيانات لاستخلاص معلومات جوية موثوقة.</w:t>
        <w:br/>
        <w:t>• واجهة عرض تفاعلية وسهلة الاستخدام.</w:t>
        <w:br/>
        <w:t>• تنبيهات فورية عند حدوث تغيرات مناخية مفاجئة.</w:t>
        <w:br/>
        <w:t>• دعم اتخاذ القرار في الزراعة والطاقة والنقل.</w:t>
      </w:r>
    </w:p>
    <w:p>
      <w:pPr>
        <w:pStyle w:val="Heading3"/>
        <w:jc w:val="right"/>
      </w:pPr>
      <w:r>
        <w:t>3. أهداف المشروع</w:t>
      </w:r>
    </w:p>
    <w:p>
      <w:pPr>
        <w:jc w:val="right"/>
      </w:pPr>
      <w:r>
        <w:t>• تطوير محطة تعمل بشكل ذاتي لتقليل التدخل البشري.</w:t>
        <w:br/>
        <w:t>• تحسين مراقبة الطقس بمعلومات دقيقة وفورية.</w:t>
        <w:br/>
        <w:t>• تنفيذ نظام تحليل بيانات ذكي.</w:t>
        <w:br/>
        <w:t>• تسهيل الوصول إلى البيانات لاتخاذ قرارات مدروسة.</w:t>
      </w:r>
    </w:p>
    <w:p>
      <w:pPr>
        <w:pStyle w:val="Heading3"/>
        <w:jc w:val="right"/>
      </w:pPr>
      <w:r>
        <w:t>4. منهجية المشروع</w:t>
      </w:r>
    </w:p>
    <w:p>
      <w:pPr>
        <w:jc w:val="right"/>
      </w:pPr>
      <w:r>
        <w:t>• جمع البيانات بشكل مستمر عبر حساسات متعددة.</w:t>
        <w:br/>
        <w:t>• معالجة البيانات مركزيًا وتحليلها علميًا.</w:t>
        <w:br/>
        <w:t>• تطوير منصة إلكترونية لعرض البيانات.</w:t>
        <w:br/>
        <w:t>• تحليل الأنماط المناخية.</w:t>
        <w:br/>
        <w:t>• إجراء اختبارات ميدانية لضمان الدقة والموثوقية.</w:t>
      </w:r>
    </w:p>
    <w:p>
      <w:pPr>
        <w:pStyle w:val="Heading3"/>
        <w:jc w:val="right"/>
      </w:pPr>
      <w:r>
        <w:t>5. المشاريع المشابهة وتطوير هذا المشروع</w:t>
      </w:r>
    </w:p>
    <w:p>
      <w:pPr>
        <w:jc w:val="right"/>
      </w:pPr>
      <w:r>
        <w:t>تعتمد المحطات التقليدية على أنظمة محدودة أو جمع يدوي مما يقلل الدقة وسرعة الوصول للمعلومات.</w:t>
        <w:br/>
        <w:t>يعتمد هذا المشروع على تقنيات حديثة لجمع وتحليل البيانات تلقائيًا، مما يوفر مراقبة دقيقة وفورية وحلاً أكثر ذكاءً ومرونة.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