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54F" w:rsidRDefault="00601517">
      <w:pPr>
        <w:pStyle w:val="a8"/>
      </w:pPr>
      <w:r>
        <w:t>An-Najah National University</w:t>
      </w:r>
      <w:r>
        <w:br/>
        <w:t>Faculty of Engineering and IT</w:t>
      </w:r>
      <w:r>
        <w:br/>
      </w:r>
    </w:p>
    <w:p w:rsidR="00A5354F" w:rsidRDefault="0034067F">
      <w:r>
        <w:t>**Project Title:** 4-connect</w:t>
      </w:r>
    </w:p>
    <w:p w:rsidR="00A5354F" w:rsidRDefault="00601517">
      <w:r>
        <w:t xml:space="preserve">**Group Members:** </w:t>
      </w:r>
      <w:proofErr w:type="spellStart"/>
      <w:r>
        <w:t>Zaina</w:t>
      </w:r>
      <w:proofErr w:type="spellEnd"/>
      <w:r>
        <w:t xml:space="preserve"> </w:t>
      </w:r>
      <w:proofErr w:type="spellStart"/>
      <w:r>
        <w:t>Husni</w:t>
      </w:r>
      <w:proofErr w:type="spellEnd"/>
      <w:r>
        <w:t xml:space="preserve"> </w:t>
      </w:r>
      <w:proofErr w:type="spellStart"/>
      <w:r>
        <w:t>Abusamra</w:t>
      </w:r>
      <w:proofErr w:type="spellEnd"/>
      <w:r>
        <w:t xml:space="preserve">, </w:t>
      </w:r>
      <w:proofErr w:type="spellStart"/>
      <w:r>
        <w:t>rawan</w:t>
      </w:r>
      <w:proofErr w:type="spellEnd"/>
      <w:r>
        <w:t xml:space="preserve"> </w:t>
      </w:r>
      <w:proofErr w:type="spellStart"/>
      <w:r>
        <w:t>zanabeet</w:t>
      </w:r>
      <w:proofErr w:type="spellEnd"/>
    </w:p>
    <w:p w:rsidR="00A5354F" w:rsidRDefault="00601517">
      <w:r>
        <w:t>**Project Type:** hardware</w:t>
      </w:r>
    </w:p>
    <w:p w:rsidR="00A5354F" w:rsidRDefault="00601517">
      <w:r>
        <w:t xml:space="preserve">**Supervisor Name:** Dr. </w:t>
      </w:r>
      <w:proofErr w:type="spellStart"/>
      <w:r>
        <w:t>samer</w:t>
      </w:r>
      <w:proofErr w:type="spellEnd"/>
      <w:r>
        <w:t xml:space="preserve"> </w:t>
      </w:r>
      <w:proofErr w:type="spellStart"/>
      <w:r>
        <w:t>arandi</w:t>
      </w:r>
      <w:proofErr w:type="spellEnd"/>
    </w:p>
    <w:p w:rsidR="00A5354F" w:rsidRDefault="00601517">
      <w:r>
        <w:t>**Academic Year:** 2023</w:t>
      </w:r>
    </w:p>
    <w:p w:rsidR="00A5354F" w:rsidRDefault="00601517">
      <w:r>
        <w:t>**Department Name:** Computer Engineering</w:t>
      </w:r>
    </w:p>
    <w:p w:rsidR="00601517" w:rsidRDefault="00601517" w:rsidP="0034067F">
      <w:pPr>
        <w:pStyle w:val="31"/>
        <w:jc w:val="right"/>
        <w:rPr>
          <w:rStyle w:val="af1"/>
          <w:rFonts w:hint="cs"/>
          <w:b/>
          <w:bCs/>
          <w:rtl/>
          <w:lang w:bidi="ar-JO"/>
        </w:rPr>
      </w:pPr>
      <w:r>
        <w:br/>
      </w:r>
      <w:r w:rsidR="0034067F">
        <w:rPr>
          <w:rStyle w:val="af1"/>
          <w:rFonts w:hint="cs"/>
          <w:b/>
          <w:bCs/>
          <w:rtl/>
          <w:lang w:bidi="ar-JO"/>
        </w:rPr>
        <w:t>الملخص :</w:t>
      </w:r>
    </w:p>
    <w:p w:rsidR="0034067F" w:rsidRDefault="0034067F" w:rsidP="0034067F">
      <w:pPr>
        <w:pStyle w:val="aff2"/>
      </w:pPr>
      <w:proofErr w:type="spellStart"/>
      <w:r>
        <w:rPr>
          <w:rStyle w:val="af1"/>
          <w:rtl/>
        </w:rPr>
        <w:t>روبوت</w:t>
      </w:r>
      <w:proofErr w:type="spellEnd"/>
      <w:r>
        <w:rPr>
          <w:rStyle w:val="af1"/>
          <w:rtl/>
        </w:rPr>
        <w:t xml:space="preserve"> 4</w:t>
      </w:r>
      <w:r>
        <w:rPr>
          <w:rStyle w:val="af1"/>
        </w:rPr>
        <w:t>-Connect</w:t>
      </w:r>
      <w:r>
        <w:t xml:space="preserve"> </w:t>
      </w:r>
      <w:r>
        <w:rPr>
          <w:rtl/>
        </w:rPr>
        <w:t>هو نظام ألعاب ذكي قائم على العتاد</w:t>
      </w:r>
      <w:r>
        <w:t xml:space="preserve"> (Hardware) </w:t>
      </w:r>
      <w:r>
        <w:rPr>
          <w:rtl/>
        </w:rPr>
        <w:t xml:space="preserve">تم تصميمه للعب والفوز في لعبة </w:t>
      </w:r>
      <w:r>
        <w:rPr>
          <w:rStyle w:val="af1"/>
        </w:rPr>
        <w:t>Connect 4</w:t>
      </w:r>
      <w:r>
        <w:t xml:space="preserve"> </w:t>
      </w:r>
      <w:r>
        <w:rPr>
          <w:rtl/>
        </w:rPr>
        <w:t xml:space="preserve">الكلاسيكية ضد الخصوم البشريين. على عكس الإصدارات </w:t>
      </w:r>
      <w:proofErr w:type="spellStart"/>
      <w:r>
        <w:rPr>
          <w:rtl/>
        </w:rPr>
        <w:t>التقليدية،</w:t>
      </w:r>
      <w:proofErr w:type="spellEnd"/>
      <w:r>
        <w:rPr>
          <w:rtl/>
        </w:rPr>
        <w:t xml:space="preserve"> يدمج هذا المشروع </w:t>
      </w:r>
      <w:r>
        <w:rPr>
          <w:rStyle w:val="af1"/>
          <w:rtl/>
        </w:rPr>
        <w:t>الذكاء الاصطناعي</w:t>
      </w:r>
      <w:r>
        <w:rPr>
          <w:rStyle w:val="af1"/>
        </w:rPr>
        <w:t xml:space="preserve"> (AI) </w:t>
      </w:r>
      <w:proofErr w:type="spellStart"/>
      <w:r>
        <w:rPr>
          <w:rStyle w:val="af1"/>
          <w:rtl/>
        </w:rPr>
        <w:t>والروبوتات</w:t>
      </w:r>
      <w:r>
        <w:rPr>
          <w:rtl/>
        </w:rPr>
        <w:t>،</w:t>
      </w:r>
      <w:proofErr w:type="spellEnd"/>
      <w:r>
        <w:rPr>
          <w:rtl/>
        </w:rPr>
        <w:t xml:space="preserve"> مما يسمح للنظام </w:t>
      </w:r>
      <w:r>
        <w:rPr>
          <w:rStyle w:val="af1"/>
          <w:rtl/>
        </w:rPr>
        <w:t>ليس فقط بالمنافسة بذكاء ولكن أيضًا بإدارة اللوحة فعليًا</w:t>
      </w:r>
      <w:r>
        <w:t>.</w:t>
      </w:r>
    </w:p>
    <w:p w:rsidR="0034067F" w:rsidRDefault="0034067F" w:rsidP="0034067F">
      <w:pPr>
        <w:pStyle w:val="aff2"/>
      </w:pPr>
      <w:r>
        <w:rPr>
          <w:rtl/>
        </w:rPr>
        <w:t xml:space="preserve">يعتمد الذكاء الاصطناعي على </w:t>
      </w:r>
      <w:r>
        <w:rPr>
          <w:rStyle w:val="af1"/>
          <w:rtl/>
        </w:rPr>
        <w:t>خوارزمية</w:t>
      </w:r>
      <w:r>
        <w:rPr>
          <w:rStyle w:val="af1"/>
        </w:rPr>
        <w:t xml:space="preserve"> </w:t>
      </w:r>
      <w:proofErr w:type="spellStart"/>
      <w:r>
        <w:rPr>
          <w:rStyle w:val="af1"/>
        </w:rPr>
        <w:t>Minimax</w:t>
      </w:r>
      <w:proofErr w:type="spellEnd"/>
      <w:r>
        <w:rPr>
          <w:rStyle w:val="af1"/>
        </w:rPr>
        <w:t xml:space="preserve"> </w:t>
      </w:r>
      <w:r>
        <w:rPr>
          <w:rStyle w:val="af1"/>
          <w:rtl/>
        </w:rPr>
        <w:t xml:space="preserve">مع تقليم </w:t>
      </w:r>
      <w:proofErr w:type="spellStart"/>
      <w:r>
        <w:rPr>
          <w:rStyle w:val="af1"/>
          <w:rtl/>
        </w:rPr>
        <w:t>ألفا-بيتا</w:t>
      </w:r>
      <w:r>
        <w:rPr>
          <w:rtl/>
        </w:rPr>
        <w:t>،</w:t>
      </w:r>
      <w:proofErr w:type="spellEnd"/>
      <w:r>
        <w:rPr>
          <w:rtl/>
        </w:rPr>
        <w:t xml:space="preserve"> مما يمكنه من تحليل اللوحة في الوقت </w:t>
      </w:r>
      <w:proofErr w:type="spellStart"/>
      <w:r>
        <w:rPr>
          <w:rtl/>
        </w:rPr>
        <w:t>الفعلي،</w:t>
      </w:r>
      <w:proofErr w:type="spellEnd"/>
      <w:r>
        <w:rPr>
          <w:rtl/>
        </w:rPr>
        <w:t xml:space="preserve"> والتنبؤ بأفضل الحركات </w:t>
      </w:r>
      <w:proofErr w:type="spellStart"/>
      <w:r>
        <w:rPr>
          <w:rtl/>
        </w:rPr>
        <w:t>الممكنة،</w:t>
      </w:r>
      <w:proofErr w:type="spellEnd"/>
      <w:r>
        <w:rPr>
          <w:rtl/>
        </w:rPr>
        <w:t xml:space="preserve"> وتعديل استراتيجيته ديناميكيًا </w:t>
      </w:r>
      <w:r>
        <w:rPr>
          <w:rStyle w:val="af1"/>
          <w:rtl/>
        </w:rPr>
        <w:t>لزيادة فرصه في الفوز</w:t>
      </w:r>
      <w:r>
        <w:t xml:space="preserve">. </w:t>
      </w:r>
      <w:r>
        <w:rPr>
          <w:rtl/>
        </w:rPr>
        <w:t xml:space="preserve">بمجرد فوز </w:t>
      </w:r>
      <w:proofErr w:type="spellStart"/>
      <w:r>
        <w:rPr>
          <w:rtl/>
        </w:rPr>
        <w:t>الروبوت،</w:t>
      </w:r>
      <w:proofErr w:type="spellEnd"/>
      <w:r>
        <w:rPr>
          <w:rtl/>
        </w:rPr>
        <w:t xml:space="preserve"> يتحول من وضع اللعب إلى </w:t>
      </w:r>
      <w:r>
        <w:rPr>
          <w:rStyle w:val="af1"/>
          <w:rtl/>
        </w:rPr>
        <w:t>وضع التنظيم التلقائي</w:t>
      </w:r>
      <w:r>
        <w:t>—</w:t>
      </w:r>
      <w:r>
        <w:rPr>
          <w:rtl/>
        </w:rPr>
        <w:t xml:space="preserve">حيث يقوم </w:t>
      </w:r>
      <w:r>
        <w:rPr>
          <w:rStyle w:val="af1"/>
          <w:rtl/>
        </w:rPr>
        <w:t xml:space="preserve">بفرز الكرات حسب ألوانها وإعادتها إلى أماكنها </w:t>
      </w:r>
      <w:proofErr w:type="spellStart"/>
      <w:r>
        <w:rPr>
          <w:rStyle w:val="af1"/>
          <w:rtl/>
        </w:rPr>
        <w:t>الأصلية</w:t>
      </w:r>
      <w:r>
        <w:rPr>
          <w:rtl/>
        </w:rPr>
        <w:t>،</w:t>
      </w:r>
      <w:proofErr w:type="spellEnd"/>
      <w:r>
        <w:rPr>
          <w:rtl/>
        </w:rPr>
        <w:t xml:space="preserve"> مما يجعل اللعبة جاهزة للجولة التالية دون تدخل بشري</w:t>
      </w:r>
      <w:r>
        <w:t>.</w:t>
      </w:r>
    </w:p>
    <w:p w:rsidR="0034067F" w:rsidRDefault="0034067F" w:rsidP="0034067F">
      <w:pPr>
        <w:pStyle w:val="aff2"/>
      </w:pPr>
      <w:r>
        <w:rPr>
          <w:rtl/>
        </w:rPr>
        <w:t xml:space="preserve">يتكون النظام من </w:t>
      </w:r>
      <w:r>
        <w:rPr>
          <w:rStyle w:val="af1"/>
          <w:rtl/>
        </w:rPr>
        <w:t xml:space="preserve">ذراع </w:t>
      </w:r>
      <w:proofErr w:type="spellStart"/>
      <w:r>
        <w:rPr>
          <w:rStyle w:val="af1"/>
          <w:rtl/>
        </w:rPr>
        <w:t>روبوتية</w:t>
      </w:r>
      <w:proofErr w:type="spellEnd"/>
      <w:r>
        <w:rPr>
          <w:rStyle w:val="af1"/>
          <w:rtl/>
        </w:rPr>
        <w:t xml:space="preserve"> وآلية فرز </w:t>
      </w:r>
      <w:proofErr w:type="spellStart"/>
      <w:r>
        <w:rPr>
          <w:rStyle w:val="af1"/>
          <w:rtl/>
        </w:rPr>
        <w:t>تلقائية</w:t>
      </w:r>
      <w:r>
        <w:rPr>
          <w:rtl/>
        </w:rPr>
        <w:t>،</w:t>
      </w:r>
      <w:proofErr w:type="spellEnd"/>
      <w:r>
        <w:rPr>
          <w:rtl/>
        </w:rPr>
        <w:t xml:space="preserve"> مما يوفر تجربة لعب سلسة وخالية من الجهد. إن </w:t>
      </w:r>
      <w:r>
        <w:rPr>
          <w:rStyle w:val="af1"/>
          <w:rtl/>
        </w:rPr>
        <w:t xml:space="preserve">الدمج بين الذكاء الاصطناعي واتخاذ القرار والتحكم الآلي في </w:t>
      </w:r>
      <w:proofErr w:type="spellStart"/>
      <w:r>
        <w:rPr>
          <w:rStyle w:val="af1"/>
          <w:rtl/>
        </w:rPr>
        <w:t>الروبوتات</w:t>
      </w:r>
      <w:proofErr w:type="spellEnd"/>
      <w:r>
        <w:rPr>
          <w:rtl/>
        </w:rPr>
        <w:t xml:space="preserve"> يجعل </w:t>
      </w:r>
      <w:proofErr w:type="spellStart"/>
      <w:r>
        <w:rPr>
          <w:rStyle w:val="af1"/>
          <w:rtl/>
        </w:rPr>
        <w:t>روبوت</w:t>
      </w:r>
      <w:proofErr w:type="spellEnd"/>
      <w:r>
        <w:rPr>
          <w:rStyle w:val="af1"/>
          <w:rtl/>
        </w:rPr>
        <w:t xml:space="preserve"> 4</w:t>
      </w:r>
      <w:r>
        <w:rPr>
          <w:rStyle w:val="af1"/>
        </w:rPr>
        <w:t>-Connect</w:t>
      </w:r>
      <w:r>
        <w:t xml:space="preserve"> </w:t>
      </w:r>
      <w:r>
        <w:rPr>
          <w:rtl/>
        </w:rPr>
        <w:t>نموذجًا مبتكرًا يجمع بين البرمجيات الذكية والدقة الميكانيكية</w:t>
      </w:r>
      <w:r>
        <w:t>.</w:t>
      </w:r>
    </w:p>
    <w:p w:rsidR="0034067F" w:rsidRDefault="0034067F" w:rsidP="0034067F">
      <w:pPr>
        <w:pStyle w:val="aff2"/>
      </w:pPr>
      <w:r>
        <w:rPr>
          <w:rtl/>
        </w:rPr>
        <w:t xml:space="preserve">يُعتبر هذا المشروع </w:t>
      </w:r>
      <w:r>
        <w:rPr>
          <w:rStyle w:val="af1"/>
          <w:rtl/>
        </w:rPr>
        <w:t xml:space="preserve">تجربة تفاعلية تُظهر كيفية توظيف الذكاء الاصطناعي </w:t>
      </w:r>
      <w:proofErr w:type="spellStart"/>
      <w:r>
        <w:rPr>
          <w:rStyle w:val="af1"/>
          <w:rtl/>
        </w:rPr>
        <w:t>والروبوتات</w:t>
      </w:r>
      <w:proofErr w:type="spellEnd"/>
      <w:r>
        <w:rPr>
          <w:rStyle w:val="af1"/>
          <w:rtl/>
        </w:rPr>
        <w:t xml:space="preserve"> في التطبيقات </w:t>
      </w:r>
      <w:proofErr w:type="spellStart"/>
      <w:r>
        <w:rPr>
          <w:rStyle w:val="af1"/>
          <w:rtl/>
        </w:rPr>
        <w:t>العملية</w:t>
      </w:r>
      <w:r>
        <w:rPr>
          <w:rtl/>
        </w:rPr>
        <w:t>،</w:t>
      </w:r>
      <w:proofErr w:type="spellEnd"/>
      <w:r>
        <w:rPr>
          <w:rtl/>
        </w:rPr>
        <w:t xml:space="preserve"> مما يجعله مزيجًا رائعًا بين </w:t>
      </w:r>
      <w:r>
        <w:rPr>
          <w:rStyle w:val="af1"/>
          <w:rtl/>
        </w:rPr>
        <w:t xml:space="preserve">التفكير </w:t>
      </w:r>
      <w:proofErr w:type="spellStart"/>
      <w:r>
        <w:rPr>
          <w:rStyle w:val="af1"/>
          <w:rtl/>
        </w:rPr>
        <w:t>الاستراتيجي،</w:t>
      </w:r>
      <w:proofErr w:type="spellEnd"/>
      <w:r>
        <w:rPr>
          <w:rStyle w:val="af1"/>
          <w:rtl/>
        </w:rPr>
        <w:t xml:space="preserve"> </w:t>
      </w:r>
      <w:proofErr w:type="spellStart"/>
      <w:r>
        <w:rPr>
          <w:rStyle w:val="af1"/>
          <w:rtl/>
        </w:rPr>
        <w:t>والأتمتة،</w:t>
      </w:r>
      <w:proofErr w:type="spellEnd"/>
      <w:r>
        <w:rPr>
          <w:rStyle w:val="af1"/>
          <w:rtl/>
        </w:rPr>
        <w:t xml:space="preserve"> والهندسة</w:t>
      </w:r>
      <w:r>
        <w:t xml:space="preserve">. </w:t>
      </w:r>
      <w:r>
        <w:rPr>
          <w:rtl/>
        </w:rPr>
        <w:t xml:space="preserve">يوفر </w:t>
      </w:r>
      <w:proofErr w:type="spellStart"/>
      <w:r>
        <w:rPr>
          <w:rStyle w:val="af1"/>
          <w:rtl/>
        </w:rPr>
        <w:t>روبوت</w:t>
      </w:r>
      <w:proofErr w:type="spellEnd"/>
      <w:r>
        <w:rPr>
          <w:rStyle w:val="af1"/>
          <w:rtl/>
        </w:rPr>
        <w:t xml:space="preserve"> 4</w:t>
      </w:r>
      <w:r>
        <w:rPr>
          <w:rStyle w:val="af1"/>
        </w:rPr>
        <w:t>-Connect</w:t>
      </w:r>
      <w:r>
        <w:t xml:space="preserve"> </w:t>
      </w:r>
      <w:r>
        <w:rPr>
          <w:rtl/>
        </w:rPr>
        <w:t xml:space="preserve">تجربة لعب ممتعة وفريدة من </w:t>
      </w:r>
      <w:proofErr w:type="spellStart"/>
      <w:r>
        <w:rPr>
          <w:rtl/>
        </w:rPr>
        <w:t>نوعها،</w:t>
      </w:r>
      <w:proofErr w:type="spellEnd"/>
      <w:r>
        <w:rPr>
          <w:rtl/>
        </w:rPr>
        <w:t xml:space="preserve"> حيث يجمع بين التحدي الذهني والقدرة على </w:t>
      </w:r>
      <w:r>
        <w:rPr>
          <w:rStyle w:val="af1"/>
          <w:rtl/>
        </w:rPr>
        <w:t>إعادة ترتيب اللعبة ذاتيًا</w:t>
      </w:r>
      <w:r>
        <w:rPr>
          <w:rtl/>
        </w:rPr>
        <w:t xml:space="preserve"> استعدادًا لجولة جديدة</w:t>
      </w:r>
      <w:r>
        <w:t>.</w:t>
      </w:r>
    </w:p>
    <w:p w:rsidR="0034067F" w:rsidRPr="0034067F" w:rsidRDefault="0034067F" w:rsidP="0034067F">
      <w:pPr>
        <w:jc w:val="right"/>
        <w:rPr>
          <w:rFonts w:hint="cs"/>
          <w:rtl/>
          <w:lang w:bidi="ar-JO"/>
        </w:rPr>
      </w:pPr>
    </w:p>
    <w:p w:rsidR="00A5354F" w:rsidRDefault="00A5354F" w:rsidP="0034067F">
      <w:pPr>
        <w:jc w:val="right"/>
      </w:pPr>
    </w:p>
    <w:sectPr w:rsidR="00A5354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savePreviewPicture/>
  <w:compat>
    <w:useFELayout/>
  </w:compat>
  <w:rsids>
    <w:rsidRoot w:val="00B47730"/>
    <w:rsid w:val="00034616"/>
    <w:rsid w:val="0006063C"/>
    <w:rsid w:val="0015074B"/>
    <w:rsid w:val="0029639D"/>
    <w:rsid w:val="00316200"/>
    <w:rsid w:val="00326F90"/>
    <w:rsid w:val="0034067F"/>
    <w:rsid w:val="00601517"/>
    <w:rsid w:val="00A5354F"/>
    <w:rsid w:val="00AA1D8D"/>
    <w:rsid w:val="00B47730"/>
    <w:rsid w:val="00CB0664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2">
    <w:name w:val="Normal (Web)"/>
    <w:basedOn w:val="a1"/>
    <w:uiPriority w:val="99"/>
    <w:semiHidden/>
    <w:unhideWhenUsed/>
    <w:rsid w:val="00601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9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4804A30-DD81-4BA8-8DE4-8517AE01B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1494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hp</cp:lastModifiedBy>
  <cp:revision>3</cp:revision>
  <dcterms:created xsi:type="dcterms:W3CDTF">2013-12-23T23:15:00Z</dcterms:created>
  <dcterms:modified xsi:type="dcterms:W3CDTF">2025-02-12T08:39:00Z</dcterms:modified>
  <cp:category/>
</cp:coreProperties>
</file>