
<file path=[Content_Types].xml><?xml version="1.0" encoding="utf-8"?>
<Types xmlns="http://schemas.openxmlformats.org/package/2006/content-types">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0F9A" w:rsidRDefault="00C20B4F">
      <w:pPr>
        <w:pStyle w:val="a8"/>
      </w:pPr>
      <w:r>
        <w:t>An-Najah National University</w:t>
      </w:r>
      <w:r>
        <w:br/>
        <w:t>Faculty of Engineering and IT</w:t>
      </w:r>
      <w:r>
        <w:br/>
      </w:r>
    </w:p>
    <w:p w:rsidR="00480F9A" w:rsidRDefault="00C20B4F">
      <w:r>
        <w:t>**Project Title:** Athar</w:t>
      </w:r>
    </w:p>
    <w:p w:rsidR="00480F9A" w:rsidRDefault="00C20B4F">
      <w:r>
        <w:t>**Group Members:** Zaina Husni Abusamra, Hadeel Shaher Jumaa</w:t>
      </w:r>
    </w:p>
    <w:p w:rsidR="00480F9A" w:rsidRDefault="00C20B4F">
      <w:r>
        <w:t>**Project Type:** Software</w:t>
      </w:r>
    </w:p>
    <w:p w:rsidR="00480F9A" w:rsidRDefault="00C20B4F">
      <w:r>
        <w:t>**Supervisor Name:** Dr. Manar Qamhiah</w:t>
      </w:r>
    </w:p>
    <w:p w:rsidR="00480F9A" w:rsidRDefault="00C20B4F">
      <w:r>
        <w:t>**Academic Year:** 2024</w:t>
      </w:r>
    </w:p>
    <w:p w:rsidR="00480F9A" w:rsidRDefault="00C20B4F">
      <w:r>
        <w:t xml:space="preserve">**Department </w:t>
      </w:r>
      <w:r>
        <w:t>Name:** Computer Engineering</w:t>
      </w:r>
    </w:p>
    <w:p w:rsidR="00C20B4F" w:rsidRDefault="00C20B4F" w:rsidP="00C20B4F">
      <w:pPr>
        <w:pStyle w:val="aff2"/>
        <w:jc w:val="right"/>
      </w:pPr>
      <w:r>
        <w:rPr>
          <w:rStyle w:val="af1"/>
          <w:rtl/>
        </w:rPr>
        <w:t>الملخص</w:t>
      </w:r>
      <w:r>
        <w:rPr>
          <w:rStyle w:val="af1"/>
        </w:rPr>
        <w:t>:</w:t>
      </w:r>
    </w:p>
    <w:p w:rsidR="00C20B4F" w:rsidRDefault="00C20B4F" w:rsidP="00C20B4F">
      <w:pPr>
        <w:pStyle w:val="aff2"/>
        <w:jc w:val="right"/>
      </w:pPr>
      <w:r>
        <w:rPr>
          <w:rtl/>
        </w:rPr>
        <w:t xml:space="preserve">نظرًا للوضع الحالي في </w:t>
      </w:r>
      <w:proofErr w:type="spellStart"/>
      <w:r>
        <w:rPr>
          <w:rtl/>
        </w:rPr>
        <w:t>بلدنا،</w:t>
      </w:r>
      <w:proofErr w:type="spellEnd"/>
      <w:r>
        <w:rPr>
          <w:rtl/>
        </w:rPr>
        <w:t xml:space="preserve"> ومع تزايد الحاجة إلى التبرعات وتطور </w:t>
      </w:r>
      <w:proofErr w:type="spellStart"/>
      <w:r>
        <w:rPr>
          <w:rtl/>
        </w:rPr>
        <w:t>التكنولوجيا،</w:t>
      </w:r>
      <w:proofErr w:type="spellEnd"/>
      <w:r>
        <w:rPr>
          <w:rtl/>
        </w:rPr>
        <w:t xml:space="preserve"> فإن فكرة إنشاء تطبيق يساعد في تنظيم عملية </w:t>
      </w:r>
      <w:proofErr w:type="spellStart"/>
      <w:r>
        <w:rPr>
          <w:rtl/>
        </w:rPr>
        <w:t>التبرع،</w:t>
      </w:r>
      <w:proofErr w:type="spellEnd"/>
      <w:r>
        <w:rPr>
          <w:rtl/>
        </w:rPr>
        <w:t xml:space="preserve"> ونشر احتياجات </w:t>
      </w:r>
      <w:proofErr w:type="spellStart"/>
      <w:r>
        <w:rPr>
          <w:rtl/>
        </w:rPr>
        <w:t>الناس،</w:t>
      </w:r>
      <w:proofErr w:type="spellEnd"/>
      <w:r>
        <w:rPr>
          <w:rtl/>
        </w:rPr>
        <w:t xml:space="preserve"> وتوفير طرق تبرع مريحة يمكن أن تكون أداة قيمة لمساعدة شعبنا في مواجهة التحديات التي يمر </w:t>
      </w:r>
      <w:proofErr w:type="spellStart"/>
      <w:r>
        <w:rPr>
          <w:rtl/>
        </w:rPr>
        <w:t>بها</w:t>
      </w:r>
      <w:proofErr w:type="spellEnd"/>
      <w:r>
        <w:rPr>
          <w:rtl/>
        </w:rPr>
        <w:t xml:space="preserve"> والتخفيف من معاناتهم</w:t>
      </w:r>
      <w:r>
        <w:t>.</w:t>
      </w:r>
    </w:p>
    <w:p w:rsidR="00C20B4F" w:rsidRDefault="00C20B4F" w:rsidP="00C20B4F">
      <w:pPr>
        <w:pStyle w:val="aff2"/>
        <w:jc w:val="right"/>
      </w:pPr>
      <w:r>
        <w:rPr>
          <w:rtl/>
        </w:rPr>
        <w:t xml:space="preserve">الهدف الرئيسي من تطبيقنا هو توفير وسيلة </w:t>
      </w:r>
      <w:proofErr w:type="spellStart"/>
      <w:r>
        <w:rPr>
          <w:rtl/>
        </w:rPr>
        <w:t>موثوقة</w:t>
      </w:r>
      <w:proofErr w:type="spellEnd"/>
      <w:r>
        <w:rPr>
          <w:rtl/>
        </w:rPr>
        <w:t xml:space="preserve"> وسهلة الاستخدام لتقديم التبرعات للأشخاص المحتاجين</w:t>
      </w:r>
      <w:r>
        <w:t>.</w:t>
      </w:r>
    </w:p>
    <w:p w:rsidR="00C20B4F" w:rsidRDefault="00C20B4F" w:rsidP="00C20B4F">
      <w:pPr>
        <w:pStyle w:val="aff2"/>
        <w:jc w:val="right"/>
      </w:pPr>
      <w:r>
        <w:rPr>
          <w:rtl/>
        </w:rPr>
        <w:t xml:space="preserve">تكمن أهمية التطبيق في تمكين المحتاجين من التواصل مع جهة </w:t>
      </w:r>
      <w:proofErr w:type="spellStart"/>
      <w:r>
        <w:rPr>
          <w:rtl/>
        </w:rPr>
        <w:t>موثوقة</w:t>
      </w:r>
      <w:proofErr w:type="spellEnd"/>
      <w:r>
        <w:rPr>
          <w:rtl/>
        </w:rPr>
        <w:t xml:space="preserve"> تقوم بالتحقق من المعلومات المقدمة من قبل الشخص </w:t>
      </w:r>
      <w:proofErr w:type="spellStart"/>
      <w:r>
        <w:rPr>
          <w:rtl/>
        </w:rPr>
        <w:t>المحتاج،</w:t>
      </w:r>
      <w:proofErr w:type="spellEnd"/>
      <w:r>
        <w:rPr>
          <w:rtl/>
        </w:rPr>
        <w:t xml:space="preserve"> مما يتيح لهم نشر مشاريع تتطلب تمويلاً أو كفالة </w:t>
      </w:r>
      <w:proofErr w:type="spellStart"/>
      <w:r>
        <w:rPr>
          <w:rtl/>
        </w:rPr>
        <w:t>الأيتام،</w:t>
      </w:r>
      <w:proofErr w:type="spellEnd"/>
      <w:r>
        <w:rPr>
          <w:rtl/>
        </w:rPr>
        <w:t xml:space="preserve"> بالإضافة إلى العديد من الخيارات الأخرى. وهذا يسمح للناس برؤية المجالات التي يمكنهم المساهمة فيها والتبرع لها بطريقة سهلة ومضمونة وسريعة</w:t>
      </w:r>
      <w:r>
        <w:t>.</w:t>
      </w:r>
    </w:p>
    <w:p w:rsidR="00C20B4F" w:rsidRDefault="00C20B4F" w:rsidP="00C20B4F">
      <w:pPr>
        <w:pStyle w:val="aff2"/>
        <w:jc w:val="right"/>
      </w:pPr>
      <w:r>
        <w:rPr>
          <w:rtl/>
        </w:rPr>
        <w:t xml:space="preserve">تتيح هذه المنصة نشر الاحتياجات المختلفة من خلال إضافة طلب مساعدة يتم إرساله إلى </w:t>
      </w:r>
      <w:proofErr w:type="spellStart"/>
      <w:r>
        <w:rPr>
          <w:rtl/>
        </w:rPr>
        <w:t>المسؤول</w:t>
      </w:r>
      <w:proofErr w:type="spellEnd"/>
      <w:r>
        <w:rPr>
          <w:rtl/>
        </w:rPr>
        <w:t xml:space="preserve"> عن </w:t>
      </w:r>
      <w:proofErr w:type="spellStart"/>
      <w:r>
        <w:rPr>
          <w:rtl/>
        </w:rPr>
        <w:t>المنصة،</w:t>
      </w:r>
      <w:proofErr w:type="spellEnd"/>
      <w:r>
        <w:rPr>
          <w:rtl/>
        </w:rPr>
        <w:t xml:space="preserve"> حيث يقوم بمراجعته والموافقة عليه للنشر ووضعه في القسم المناسب وفقًا للاحتياجات المطلوبة. بالإضافة إلى </w:t>
      </w:r>
      <w:proofErr w:type="spellStart"/>
      <w:r>
        <w:rPr>
          <w:rtl/>
        </w:rPr>
        <w:t>ذلك،</w:t>
      </w:r>
      <w:proofErr w:type="spellEnd"/>
      <w:r>
        <w:rPr>
          <w:rtl/>
        </w:rPr>
        <w:t xml:space="preserve"> يوفر التطبيق طرقًا متعددة للتبرع يمكن للمتبرع اختيارها وفقًا لما يناسبه. كما يمكّن التطبيق </w:t>
      </w:r>
      <w:proofErr w:type="spellStart"/>
      <w:r>
        <w:rPr>
          <w:rtl/>
        </w:rPr>
        <w:t>المسؤول</w:t>
      </w:r>
      <w:proofErr w:type="spellEnd"/>
      <w:r>
        <w:rPr>
          <w:rtl/>
        </w:rPr>
        <w:t xml:space="preserve"> من تلقي الطلبات وفرزها ونشرها والتواصل بسهولة مع المحتاجين والمتبرعين</w:t>
      </w:r>
      <w:r>
        <w:t>.</w:t>
      </w:r>
    </w:p>
    <w:p w:rsidR="00C20B4F" w:rsidRDefault="00C20B4F" w:rsidP="00C20B4F">
      <w:pPr>
        <w:pStyle w:val="aff2"/>
        <w:jc w:val="right"/>
      </w:pPr>
      <w:r>
        <w:rPr>
          <w:rtl/>
        </w:rPr>
        <w:t xml:space="preserve">تتميز منصتنا عن غيرها من المنصات بتوفير وسائل سهلة ومبسطة للتبرع ونشر الاحتياجات عبر تطبيق يسمح لك بالتبرع من أي مكان وتصفح مختلف الاحتياجات بأنواعها كافة. نحن نؤمن بأن منصتنا يمكن أن تُحدث فرقًا كبيرًا في حياة </w:t>
      </w:r>
      <w:proofErr w:type="spellStart"/>
      <w:r>
        <w:rPr>
          <w:rtl/>
        </w:rPr>
        <w:t>المحتاجين،</w:t>
      </w:r>
      <w:proofErr w:type="spellEnd"/>
      <w:r>
        <w:rPr>
          <w:rtl/>
        </w:rPr>
        <w:t xml:space="preserve"> فمن خلال توفير منصة </w:t>
      </w:r>
      <w:proofErr w:type="spellStart"/>
      <w:r>
        <w:rPr>
          <w:rtl/>
        </w:rPr>
        <w:t>موثوقة</w:t>
      </w:r>
      <w:proofErr w:type="spellEnd"/>
      <w:r>
        <w:rPr>
          <w:rtl/>
        </w:rPr>
        <w:t xml:space="preserve"> وسهلة الاستخدام </w:t>
      </w:r>
      <w:proofErr w:type="spellStart"/>
      <w:r>
        <w:rPr>
          <w:rtl/>
        </w:rPr>
        <w:t>للتبرعات،</w:t>
      </w:r>
      <w:proofErr w:type="spellEnd"/>
      <w:r>
        <w:rPr>
          <w:rtl/>
        </w:rPr>
        <w:t xml:space="preserve"> يمكننا المساهمة في تخفيف المعاناة وجعل مجتمعنا مكانًا أفضل</w:t>
      </w:r>
      <w:r>
        <w:t>.</w:t>
      </w:r>
    </w:p>
    <w:p w:rsidR="00480F9A" w:rsidRDefault="00480F9A" w:rsidP="00C20B4F">
      <w:pPr>
        <w:jc w:val="right"/>
      </w:pPr>
    </w:p>
    <w:sectPr w:rsidR="00480F9A" w:rsidSect="00034616">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nsid w:val="FFFFFF7F"/>
    <w:multiLevelType w:val="singleLevel"/>
    <w:tmpl w:val="38441652"/>
    <w:lvl w:ilvl="0">
      <w:start w:val="1"/>
      <w:numFmt w:val="decimal"/>
      <w:pStyle w:val="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a"/>
      <w:lvlText w:val="%1."/>
      <w:lvlJc w:val="left"/>
      <w:pPr>
        <w:tabs>
          <w:tab w:val="num" w:pos="360"/>
        </w:tabs>
        <w:ind w:left="360" w:hanging="360"/>
      </w:pPr>
    </w:lvl>
  </w:abstractNum>
  <w:abstractNum w:abstractNumId="8">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savePreviewPicture/>
  <w:compat>
    <w:useFELayout/>
  </w:compat>
  <w:rsids>
    <w:rsidRoot w:val="00B47730"/>
    <w:rsid w:val="00034616"/>
    <w:rsid w:val="0006063C"/>
    <w:rsid w:val="0015074B"/>
    <w:rsid w:val="0029639D"/>
    <w:rsid w:val="00326F90"/>
    <w:rsid w:val="00480F9A"/>
    <w:rsid w:val="00AA1D8D"/>
    <w:rsid w:val="00B47730"/>
    <w:rsid w:val="00C20B4F"/>
    <w:rsid w:val="00CB0664"/>
    <w:rsid w:val="00FC693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C693F"/>
  </w:style>
  <w:style w:type="paragraph" w:styleId="1">
    <w:name w:val="heading 1"/>
    <w:basedOn w:val="a1"/>
    <w:next w:val="a1"/>
    <w:link w:val="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Char"/>
    <w:uiPriority w:val="99"/>
    <w:unhideWhenUsed/>
    <w:rsid w:val="00E618BF"/>
    <w:pPr>
      <w:tabs>
        <w:tab w:val="center" w:pos="4680"/>
        <w:tab w:val="right" w:pos="9360"/>
      </w:tabs>
      <w:spacing w:after="0" w:line="240" w:lineRule="auto"/>
    </w:pPr>
  </w:style>
  <w:style w:type="character" w:customStyle="1" w:styleId="Char">
    <w:name w:val="رأس صفحة Char"/>
    <w:basedOn w:val="a2"/>
    <w:link w:val="a5"/>
    <w:uiPriority w:val="99"/>
    <w:rsid w:val="00E618BF"/>
  </w:style>
  <w:style w:type="paragraph" w:styleId="a6">
    <w:name w:val="footer"/>
    <w:basedOn w:val="a1"/>
    <w:link w:val="Char0"/>
    <w:uiPriority w:val="99"/>
    <w:unhideWhenUsed/>
    <w:rsid w:val="00E618BF"/>
    <w:pPr>
      <w:tabs>
        <w:tab w:val="center" w:pos="4680"/>
        <w:tab w:val="right" w:pos="9360"/>
      </w:tabs>
      <w:spacing w:after="0" w:line="240" w:lineRule="auto"/>
    </w:pPr>
  </w:style>
  <w:style w:type="character" w:customStyle="1" w:styleId="Char0">
    <w:name w:val="تذييل صفحة Char"/>
    <w:basedOn w:val="a2"/>
    <w:link w:val="a6"/>
    <w:uiPriority w:val="99"/>
    <w:rsid w:val="00E618BF"/>
  </w:style>
  <w:style w:type="paragraph" w:styleId="a7">
    <w:name w:val="No Spacing"/>
    <w:uiPriority w:val="1"/>
    <w:qFormat/>
    <w:rsid w:val="00FC693F"/>
    <w:pPr>
      <w:spacing w:after="0" w:line="240" w:lineRule="auto"/>
    </w:pPr>
  </w:style>
  <w:style w:type="character" w:customStyle="1" w:styleId="1Char">
    <w:name w:val="عنوان 1 Char"/>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Char">
    <w:name w:val="عنوان 3 Char"/>
    <w:basedOn w:val="a2"/>
    <w:link w:val="31"/>
    <w:uiPriority w:val="9"/>
    <w:rsid w:val="00FC693F"/>
    <w:rPr>
      <w:rFonts w:asciiTheme="majorHAnsi" w:eastAsiaTheme="majorEastAsia" w:hAnsiTheme="majorHAnsi" w:cstheme="majorBidi"/>
      <w:b/>
      <w:bCs/>
      <w:color w:val="4F81BD" w:themeColor="accent1"/>
    </w:rPr>
  </w:style>
  <w:style w:type="paragraph" w:styleId="a8">
    <w:name w:val="Title"/>
    <w:basedOn w:val="a1"/>
    <w:next w:val="a1"/>
    <w:link w:val="Char1"/>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1">
    <w:name w:val="العنوان Char"/>
    <w:basedOn w:val="a2"/>
    <w:link w:val="a8"/>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9">
    <w:name w:val="Subtitle"/>
    <w:basedOn w:val="a1"/>
    <w:next w:val="a1"/>
    <w:link w:val="Char2"/>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عنوان فرعي Char"/>
    <w:basedOn w:val="a2"/>
    <w:link w:val="a9"/>
    <w:uiPriority w:val="11"/>
    <w:rsid w:val="00FC693F"/>
    <w:rPr>
      <w:rFonts w:asciiTheme="majorHAnsi" w:eastAsiaTheme="majorEastAsia" w:hAnsiTheme="majorHAnsi" w:cstheme="majorBidi"/>
      <w:i/>
      <w:iCs/>
      <w:color w:val="4F81BD" w:themeColor="accent1"/>
      <w:spacing w:val="15"/>
      <w:sz w:val="24"/>
      <w:szCs w:val="24"/>
    </w:rPr>
  </w:style>
  <w:style w:type="paragraph" w:styleId="aa">
    <w:name w:val="List Paragraph"/>
    <w:basedOn w:val="a1"/>
    <w:uiPriority w:val="34"/>
    <w:qFormat/>
    <w:rsid w:val="00FC693F"/>
    <w:pPr>
      <w:ind w:left="720"/>
      <w:contextualSpacing/>
    </w:pPr>
  </w:style>
  <w:style w:type="paragraph" w:styleId="ab">
    <w:name w:val="Body Text"/>
    <w:basedOn w:val="a1"/>
    <w:link w:val="Char3"/>
    <w:uiPriority w:val="99"/>
    <w:unhideWhenUsed/>
    <w:rsid w:val="00AA1D8D"/>
    <w:pPr>
      <w:spacing w:after="120"/>
    </w:pPr>
  </w:style>
  <w:style w:type="character" w:customStyle="1" w:styleId="Char3">
    <w:name w:val="نص أساسي Char"/>
    <w:basedOn w:val="a2"/>
    <w:link w:val="ab"/>
    <w:uiPriority w:val="99"/>
    <w:rsid w:val="00AA1D8D"/>
  </w:style>
  <w:style w:type="paragraph" w:styleId="22">
    <w:name w:val="Body Text 2"/>
    <w:basedOn w:val="a1"/>
    <w:link w:val="2Char0"/>
    <w:uiPriority w:val="99"/>
    <w:unhideWhenUsed/>
    <w:rsid w:val="00AA1D8D"/>
    <w:pPr>
      <w:spacing w:after="120" w:line="480" w:lineRule="auto"/>
    </w:pPr>
  </w:style>
  <w:style w:type="character" w:customStyle="1" w:styleId="2Char0">
    <w:name w:val="نص أساسي 2 Char"/>
    <w:basedOn w:val="a2"/>
    <w:link w:val="22"/>
    <w:uiPriority w:val="99"/>
    <w:rsid w:val="00AA1D8D"/>
  </w:style>
  <w:style w:type="paragraph" w:styleId="32">
    <w:name w:val="Body Text 3"/>
    <w:basedOn w:val="a1"/>
    <w:link w:val="3Char0"/>
    <w:uiPriority w:val="99"/>
    <w:unhideWhenUsed/>
    <w:rsid w:val="00AA1D8D"/>
    <w:pPr>
      <w:spacing w:after="120"/>
    </w:pPr>
    <w:rPr>
      <w:sz w:val="16"/>
      <w:szCs w:val="16"/>
    </w:rPr>
  </w:style>
  <w:style w:type="character" w:customStyle="1" w:styleId="3Char0">
    <w:name w:val="نص أساسي 3 Char"/>
    <w:basedOn w:val="a2"/>
    <w:link w:val="32"/>
    <w:uiPriority w:val="99"/>
    <w:rsid w:val="00AA1D8D"/>
    <w:rPr>
      <w:sz w:val="16"/>
      <w:szCs w:val="16"/>
    </w:rPr>
  </w:style>
  <w:style w:type="paragraph" w:styleId="ac">
    <w:name w:val="List"/>
    <w:basedOn w:val="a1"/>
    <w:uiPriority w:val="99"/>
    <w:unhideWhenUsed/>
    <w:rsid w:val="00AA1D8D"/>
    <w:pPr>
      <w:ind w:left="360" w:hanging="360"/>
      <w:contextualSpacing/>
    </w:pPr>
  </w:style>
  <w:style w:type="paragraph" w:styleId="23">
    <w:name w:val="List 2"/>
    <w:basedOn w:val="a1"/>
    <w:uiPriority w:val="99"/>
    <w:unhideWhenUsed/>
    <w:rsid w:val="00326F90"/>
    <w:pPr>
      <w:ind w:left="720" w:hanging="360"/>
      <w:contextualSpacing/>
    </w:pPr>
  </w:style>
  <w:style w:type="paragraph" w:styleId="33">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d">
    <w:name w:val="List Continue"/>
    <w:basedOn w:val="a1"/>
    <w:uiPriority w:val="99"/>
    <w:unhideWhenUsed/>
    <w:rsid w:val="0029639D"/>
    <w:pPr>
      <w:spacing w:after="120"/>
      <w:ind w:left="360"/>
      <w:contextualSpacing/>
    </w:pPr>
  </w:style>
  <w:style w:type="paragraph" w:styleId="24">
    <w:name w:val="List Continue 2"/>
    <w:basedOn w:val="a1"/>
    <w:uiPriority w:val="99"/>
    <w:unhideWhenUsed/>
    <w:rsid w:val="0029639D"/>
    <w:pPr>
      <w:spacing w:after="120"/>
      <w:ind w:left="720"/>
      <w:contextualSpacing/>
    </w:pPr>
  </w:style>
  <w:style w:type="paragraph" w:styleId="34">
    <w:name w:val="List Continue 3"/>
    <w:basedOn w:val="a1"/>
    <w:uiPriority w:val="99"/>
    <w:unhideWhenUsed/>
    <w:rsid w:val="0029639D"/>
    <w:pPr>
      <w:spacing w:after="120"/>
      <w:ind w:left="1080"/>
      <w:contextualSpacing/>
    </w:pPr>
  </w:style>
  <w:style w:type="paragraph" w:styleId="ae">
    <w:name w:val="macro"/>
    <w:link w:val="Char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Char4">
    <w:name w:val="نص ماكرو Char"/>
    <w:basedOn w:val="a2"/>
    <w:link w:val="ae"/>
    <w:uiPriority w:val="99"/>
    <w:rsid w:val="0029639D"/>
    <w:rPr>
      <w:rFonts w:ascii="Courier" w:hAnsi="Courier"/>
      <w:sz w:val="20"/>
      <w:szCs w:val="20"/>
    </w:rPr>
  </w:style>
  <w:style w:type="paragraph" w:styleId="af">
    <w:name w:val="Quote"/>
    <w:basedOn w:val="a1"/>
    <w:next w:val="a1"/>
    <w:link w:val="Char5"/>
    <w:uiPriority w:val="29"/>
    <w:qFormat/>
    <w:rsid w:val="00FC693F"/>
    <w:rPr>
      <w:i/>
      <w:iCs/>
      <w:color w:val="000000" w:themeColor="text1"/>
    </w:rPr>
  </w:style>
  <w:style w:type="character" w:customStyle="1" w:styleId="Char5">
    <w:name w:val="اقتباس Char"/>
    <w:basedOn w:val="a2"/>
    <w:link w:val="af"/>
    <w:uiPriority w:val="29"/>
    <w:rsid w:val="00FC693F"/>
    <w:rPr>
      <w:i/>
      <w:iCs/>
      <w:color w:val="000000" w:themeColor="text1"/>
    </w:rPr>
  </w:style>
  <w:style w:type="character" w:customStyle="1" w:styleId="4Char">
    <w:name w:val="عنوان 4 Char"/>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Char">
    <w:name w:val="عنوان 5 Char"/>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Char">
    <w:name w:val="عنوان 6 Char"/>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Char">
    <w:name w:val="عنوان 7 Char"/>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Char">
    <w:name w:val="عنوان 8 Char"/>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Char">
    <w:name w:val="عنوان 9 Char"/>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0">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1">
    <w:name w:val="Strong"/>
    <w:basedOn w:val="a2"/>
    <w:uiPriority w:val="22"/>
    <w:qFormat/>
    <w:rsid w:val="00FC693F"/>
    <w:rPr>
      <w:b/>
      <w:bCs/>
    </w:rPr>
  </w:style>
  <w:style w:type="character" w:styleId="af2">
    <w:name w:val="Emphasis"/>
    <w:basedOn w:val="a2"/>
    <w:uiPriority w:val="20"/>
    <w:qFormat/>
    <w:rsid w:val="00FC693F"/>
    <w:rPr>
      <w:i/>
      <w:iCs/>
    </w:rPr>
  </w:style>
  <w:style w:type="paragraph" w:styleId="af3">
    <w:name w:val="Intense Quote"/>
    <w:basedOn w:val="a1"/>
    <w:next w:val="a1"/>
    <w:link w:val="Char6"/>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har6">
    <w:name w:val="اقتباس مكثف Char"/>
    <w:basedOn w:val="a2"/>
    <w:link w:val="af3"/>
    <w:uiPriority w:val="30"/>
    <w:rsid w:val="00FC693F"/>
    <w:rPr>
      <w:b/>
      <w:bCs/>
      <w:i/>
      <w:iCs/>
      <w:color w:val="4F81BD" w:themeColor="accent1"/>
    </w:rPr>
  </w:style>
  <w:style w:type="character" w:styleId="af4">
    <w:name w:val="Subtle Emphasis"/>
    <w:basedOn w:val="a2"/>
    <w:uiPriority w:val="19"/>
    <w:qFormat/>
    <w:rsid w:val="00FC693F"/>
    <w:rPr>
      <w:i/>
      <w:iCs/>
      <w:color w:val="808080" w:themeColor="text1" w:themeTint="7F"/>
    </w:rPr>
  </w:style>
  <w:style w:type="character" w:styleId="af5">
    <w:name w:val="Intense Emphasis"/>
    <w:basedOn w:val="a2"/>
    <w:uiPriority w:val="21"/>
    <w:qFormat/>
    <w:rsid w:val="00FC693F"/>
    <w:rPr>
      <w:b/>
      <w:bCs/>
      <w:i/>
      <w:iCs/>
      <w:color w:val="4F81BD" w:themeColor="accent1"/>
    </w:rPr>
  </w:style>
  <w:style w:type="character" w:styleId="af6">
    <w:name w:val="Subtle Reference"/>
    <w:basedOn w:val="a2"/>
    <w:uiPriority w:val="31"/>
    <w:qFormat/>
    <w:rsid w:val="00FC693F"/>
    <w:rPr>
      <w:smallCaps/>
      <w:color w:val="C0504D" w:themeColor="accent2"/>
      <w:u w:val="single"/>
    </w:rPr>
  </w:style>
  <w:style w:type="character" w:styleId="af7">
    <w:name w:val="Intense Reference"/>
    <w:basedOn w:val="a2"/>
    <w:uiPriority w:val="32"/>
    <w:qFormat/>
    <w:rsid w:val="00FC693F"/>
    <w:rPr>
      <w:b/>
      <w:bCs/>
      <w:smallCaps/>
      <w:color w:val="C0504D" w:themeColor="accent2"/>
      <w:spacing w:val="5"/>
      <w:u w:val="single"/>
    </w:rPr>
  </w:style>
  <w:style w:type="character" w:styleId="af8">
    <w:name w:val="Book Title"/>
    <w:basedOn w:val="a2"/>
    <w:uiPriority w:val="33"/>
    <w:qFormat/>
    <w:rsid w:val="00FC693F"/>
    <w:rPr>
      <w:b/>
      <w:bCs/>
      <w:smallCaps/>
      <w:spacing w:val="5"/>
    </w:rPr>
  </w:style>
  <w:style w:type="paragraph" w:styleId="af9">
    <w:name w:val="TOC Heading"/>
    <w:basedOn w:val="1"/>
    <w:next w:val="a1"/>
    <w:uiPriority w:val="39"/>
    <w:semiHidden/>
    <w:unhideWhenUsed/>
    <w:qFormat/>
    <w:rsid w:val="00FC693F"/>
    <w:pPr>
      <w:outlineLvl w:val="9"/>
    </w:pPr>
  </w:style>
  <w:style w:type="table" w:styleId="afa">
    <w:name w:val="Table Grid"/>
    <w:basedOn w:val="a3"/>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b">
    <w:name w:val="Light Shading"/>
    <w:basedOn w:val="a3"/>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c">
    <w:name w:val="Light List"/>
    <w:basedOn w:val="a3"/>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d">
    <w:name w:val="Light Grid"/>
    <w:basedOn w:val="a3"/>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0">
    <w:name w:val="Medium Shading 1"/>
    <w:basedOn w:val="a3"/>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5">
    <w:name w:val="Medium Shading 2"/>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1">
    <w:name w:val="Medium List 1"/>
    <w:basedOn w:val="a3"/>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6">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2">
    <w:name w:val="Medium Grid 1"/>
    <w:basedOn w:val="a3"/>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7">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5">
    <w:name w:val="Medium Grid 3"/>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e">
    <w:name w:val="Dark List"/>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
    <w:name w:val="Colorful Shading"/>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0">
    <w:name w:val="Colorful List"/>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1">
    <w:name w:val="Colorful Grid"/>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2">
    <w:name w:val="Normal (Web)"/>
    <w:basedOn w:val="a1"/>
    <w:uiPriority w:val="99"/>
    <w:semiHidden/>
    <w:unhideWhenUsed/>
    <w:rsid w:val="00C20B4F"/>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r="http://schemas.openxmlformats.org/officeDocument/2006/relationships" xmlns:w="http://schemas.openxmlformats.org/wordprocessingml/2006/main">
  <w:divs>
    <w:div w:id="95729874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976150-957D-46F7-BC96-B70C7CCDA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249</Words>
  <Characters>1421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1667</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hp</cp:lastModifiedBy>
  <cp:revision>2</cp:revision>
  <dcterms:created xsi:type="dcterms:W3CDTF">2013-12-23T23:15:00Z</dcterms:created>
  <dcterms:modified xsi:type="dcterms:W3CDTF">2025-02-12T08:31:00Z</dcterms:modified>
  <cp:category/>
</cp:coreProperties>
</file>