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t>Smart Weather Station that Supports Wireless and Power Line Communications</w:t>
      </w:r>
    </w:p>
    <w:p>
      <w:r>
        <w:t>**Academic Year:** 2024 - 2025</w:t>
      </w:r>
    </w:p>
    <w:p>
      <w:r>
        <w:t>**Department:** Electrical Engineering</w:t>
      </w:r>
    </w:p>
    <w:p>
      <w:r>
        <w:t>**Supervisor:** Omar Tamimi</w:t>
      </w:r>
    </w:p>
    <w:p>
      <w:pPr>
        <w:pStyle w:val="Heading2"/>
      </w:pPr>
      <w:r>
        <w:t>Team Members:</w:t>
      </w:r>
    </w:p>
    <w:p>
      <w:r>
        <w:t>• Mohammad Imad Jawad Zaid (University Number: 12239189)</w:t>
      </w:r>
    </w:p>
    <w:p>
      <w:r>
        <w:t>• Kamel Sharif Kamel Qaraan (University Number: 12239177)</w:t>
      </w:r>
    </w:p>
    <w:p>
      <w:r>
        <w:t>• Fathi Fadi Rashed (University Number: 12239199)</w:t>
      </w:r>
    </w:p>
    <w:p>
      <w:r>
        <w:t>• Ali Al-Khalili (University Number: 12239151)</w:t>
      </w:r>
    </w:p>
    <w:p>
      <w:pPr>
        <w:pStyle w:val="Heading1"/>
      </w:pPr>
      <w:r>
        <w:t>Abstract</w:t>
      </w:r>
    </w:p>
    <w:p>
      <w:pPr>
        <w:pStyle w:val="Heading2"/>
      </w:pPr>
      <w:r>
        <w:t>1. Project Importance</w:t>
      </w:r>
    </w:p>
    <w:p>
      <w:r>
        <w:t>The Smart Weather Station is an advanced system engineered to measure and analyze weather conditions in real time with high accuracy. It supplies current and precise data that is crucial for weather monitoring, environmental planning, and economic forecasting. As climate changes accelerate and the demand for reliable weather information grows, intelligent monitoring systems have become indispensable, particularly in sectors such as agriculture, energy, and disaster management.</w:t>
        <w:br/>
        <w:t>This project provides a technological solution that continuously collects, stores, and analyzes climatic data to generate trustworthy weather reports. It enables users to monitor weather conditions and climate trends via a sophisticated electronic interface offering real-time updates.</w:t>
      </w:r>
    </w:p>
    <w:p>
      <w:pPr>
        <w:pStyle w:val="Heading2"/>
      </w:pPr>
      <w:r>
        <w:t>2. Key Aspects Covered by the Project</w:t>
      </w:r>
    </w:p>
    <w:p>
      <w:r>
        <w:t>• Accurate Data Collection: Utilizes a modern, fully automated station to gather precise weather data.</w:t>
      </w:r>
    </w:p>
    <w:p>
      <w:r>
        <w:t>• Centralized Data Storage and Analysis: Stores data in a central system where it is analyzed to extract dependable weather information.</w:t>
      </w:r>
    </w:p>
    <w:p>
      <w:r>
        <w:t>• Interactive Visual Interface: Designs a user-friendly visual interface that clearly presents the data.</w:t>
      </w:r>
    </w:p>
    <w:p>
      <w:r>
        <w:t>• Real-Time Alerts: Sends alerts and warnings in response to sudden climate changes, such as storms or rapid temperature shifts.</w:t>
      </w:r>
    </w:p>
    <w:p>
      <w:r>
        <w:t>• Support for Decision-Making: Provides accurate weather data to assist various sectors—including agricultural planning, energy management, and transportation—in making informed decisions.</w:t>
      </w:r>
    </w:p>
    <w:p>
      <w:pPr>
        <w:pStyle w:val="Heading2"/>
      </w:pPr>
      <w:r>
        <w:t>3. Project Objectives</w:t>
      </w:r>
    </w:p>
    <w:p>
      <w:r>
        <w:t>• Develop a smart weather station that operates autonomously, minimizing the need for constant human intervention.</w:t>
      </w:r>
    </w:p>
    <w:p>
      <w:r>
        <w:t>• Enhance weather monitoring by delivering precise and timely information to users.</w:t>
      </w:r>
    </w:p>
    <w:p>
      <w:r>
        <w:t>• Implement an intelligent data analysis system that extracts valuable insights for environmental, agricultural, and industrial planning.</w:t>
      </w:r>
    </w:p>
    <w:p>
      <w:r>
        <w:t>• Facilitate easy access to weather data, empowering users to make well-informed decisions based on reliable information.</w:t>
      </w:r>
    </w:p>
    <w:p>
      <w:pPr>
        <w:pStyle w:val="Heading2"/>
      </w:pPr>
      <w:r>
        <w:t>4. Methodology of the Project</w:t>
      </w:r>
    </w:p>
    <w:p>
      <w:r>
        <w:t>• Continuous Data Collection: Deploy sensors across multiple locations to gather weather data continuously.</w:t>
      </w:r>
    </w:p>
    <w:p>
      <w:r>
        <w:t>• Central Data Processing: Transmit the collected data to a central system for scientific processing and analysis.</w:t>
      </w:r>
    </w:p>
    <w:p>
      <w:r>
        <w:t>• Platform Development: Develop an electronic platform to display the data and provide easy access for users.</w:t>
      </w:r>
    </w:p>
    <w:p>
      <w:r>
        <w:t>• Data Analysis: Analyze the data to identify weather patterns and climatic changes that could affect the environment and human activities.</w:t>
      </w:r>
    </w:p>
    <w:p>
      <w:r>
        <w:t>• Field Testing: Conduct tests in various environments to ensure the system’s accuracy and reliability under different climatic conditions.</w:t>
      </w:r>
    </w:p>
    <w:p>
      <w:pPr>
        <w:pStyle w:val="Heading2"/>
      </w:pPr>
      <w:r>
        <w:t>5. Similar Projects and the Development of This Project</w:t>
      </w:r>
    </w:p>
    <w:p>
      <w:r>
        <w:t>Traditional weather stations often rely on manual data collection or limited systems, which may result in inadequate geographic coverage, reduced accuracy, and difficulty accessing real-time information.</w:t>
        <w:br/>
        <w:t>In contrast, our project leverages modern technologies to automatically collect and analyze data. This approach enables real-time, accurate weather monitoring with the ability to swiftly predict and respond to climatic changes, offering a smarter and more flexible solution.</w:t>
      </w:r>
    </w:p>
    <w:sectPr w:rsidR="00FC693F" w:rsidRPr="0006063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