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3637084C" wp14:textId="77777777">
      <w:r>
        <w:rPr>
          <w:b/>
        </w:rPr>
        <w:t>صفحة الغلاف</w:t>
      </w:r>
      <w:r>
        <w:rPr>
          <w:b/>
        </w:rPr>
        <w:br/>
      </w:r>
    </w:p>
    <w:p xmlns:wp14="http://schemas.microsoft.com/office/word/2010/wordml" w14:paraId="3561A65D" wp14:textId="77777777">
      <w:r>
        <w:t>عنوان المشروع: …………………CarMate…………………</w:t>
      </w:r>
    </w:p>
    <w:p xmlns:wp14="http://schemas.microsoft.com/office/word/2010/wordml" w14:paraId="22A9F8FC" wp14:textId="77777777">
      <w:r>
        <w:t>السنة الأكاديمية: …..الفصل الأول 2024…</w:t>
      </w:r>
    </w:p>
    <w:p xmlns:wp14="http://schemas.microsoft.com/office/word/2010/wordml" w14:paraId="720B5E93" wp14:textId="77777777">
      <w:r>
        <w:t>أعضاء المجموعة:</w:t>
      </w:r>
    </w:p>
    <w:p xmlns:wp14="http://schemas.microsoft.com/office/word/2010/wordml" w14:paraId="0F99CAC3" wp14:textId="77777777">
      <w:r>
        <w:t>…مؤمن رمضان…12010353……..</w:t>
      </w:r>
    </w:p>
    <w:p xmlns:wp14="http://schemas.microsoft.com/office/word/2010/wordml" w14:paraId="75A8842D" wp14:textId="77777777">
      <w:r>
        <w:t>…عبد الله ظاهر…..12116027……..</w:t>
      </w:r>
    </w:p>
    <w:p xmlns:wp14="http://schemas.microsoft.com/office/word/2010/wordml" w14:paraId="16A33B62" wp14:textId="77777777">
      <w:r>
        <w:t>………………………………………..</w:t>
      </w:r>
    </w:p>
    <w:p xmlns:wp14="http://schemas.microsoft.com/office/word/2010/wordml" w14:paraId="381BAB8A" wp14:textId="77777777">
      <w:r>
        <w:t>…………………………………………</w:t>
      </w:r>
    </w:p>
    <w:p xmlns:wp14="http://schemas.microsoft.com/office/word/2010/wordml" w14:paraId="6F19F5D5" wp14:textId="03CD0A0B">
      <w:r w:rsidR="6E60FDBA">
        <w:rPr>
          <w:rtl w:val="1"/>
        </w:rPr>
        <w:t xml:space="preserve">نوع </w:t>
      </w:r>
      <w:r w:rsidR="6E60FDBA">
        <w:rPr>
          <w:rtl w:val="1"/>
        </w:rPr>
        <w:t>المشروع:  برمجي</w:t>
      </w:r>
      <w:r w:rsidR="6E60FDBA">
        <w:rPr>
          <w:rtl w:val="1"/>
        </w:rPr>
        <w:t xml:space="preserve">  </w:t>
      </w:r>
      <w:r w:rsidR="6E60FDBA">
        <w:rPr/>
        <w:t xml:space="preserve"> </w:t>
      </w:r>
    </w:p>
    <w:p xmlns:wp14="http://schemas.microsoft.com/office/word/2010/wordml" w14:paraId="3672E9A3" wp14:textId="7DCD5CAA">
      <w:r w:rsidR="6E60FDBA">
        <w:rPr>
          <w:rtl w:val="1"/>
        </w:rPr>
        <w:t>اسم المشرف: ……د. أمجد أبو حسان</w:t>
      </w:r>
      <w:r w:rsidR="6E60FDBA">
        <w:rPr/>
        <w:t>……………</w:t>
      </w:r>
    </w:p>
    <w:p xmlns:wp14="http://schemas.microsoft.com/office/word/2010/wordml" w14:paraId="23C02BAA" wp14:textId="77777777">
      <w:r>
        <w:rPr>
          <w:b/>
        </w:rPr>
        <w:br/>
      </w:r>
      <w:r>
        <w:rPr>
          <w:b/>
        </w:rPr>
        <w:t>صيغة الملف:</w:t>
      </w:r>
    </w:p>
    <w:p xmlns:wp14="http://schemas.microsoft.com/office/word/2010/wordml" w14:paraId="5B28B304" wp14:textId="77777777">
      <w:r>
        <w:t>- تباعد مفرد</w:t>
      </w:r>
    </w:p>
    <w:p xmlns:wp14="http://schemas.microsoft.com/office/word/2010/wordml" w14:paraId="5A907DAC" wp14:textId="77777777">
      <w:r>
        <w:t>- الخط: Times New Roman</w:t>
      </w:r>
    </w:p>
    <w:p xmlns:wp14="http://schemas.microsoft.com/office/word/2010/wordml" w14:paraId="6BE236B0" wp14:textId="77777777">
      <w:r>
        <w:t>- الحجم: 12 نقطة</w:t>
      </w:r>
    </w:p>
    <w:p xmlns:wp14="http://schemas.microsoft.com/office/word/2010/wordml" w14:paraId="47E2AB91" wp14:textId="77777777">
      <w:r>
        <w:t>- الحد الأقصى: صفحة واحدة</w:t>
      </w:r>
    </w:p>
    <w:p xmlns:wp14="http://schemas.microsoft.com/office/word/2010/wordml" w14:paraId="72774057" wp14:textId="77777777" wp14:noSpellErr="1">
      <w:r>
        <w:br/>
      </w:r>
      <w:r w:rsidRPr="6E60FDBA" w:rsidR="6E60FDBA">
        <w:rPr>
          <w:b w:val="1"/>
          <w:bCs w:val="1"/>
          <w:rtl w:val="1"/>
        </w:rPr>
        <w:t>ملخص المشروع</w:t>
      </w:r>
      <w:r w:rsidRPr="6E60FDBA" w:rsidR="6E60FDBA">
        <w:rPr>
          <w:b w:val="1"/>
          <w:bCs w:val="1"/>
        </w:rPr>
        <w:t xml:space="preserve"> (Abstract):</w:t>
      </w:r>
    </w:p>
    <w:p xmlns:wp14="http://schemas.microsoft.com/office/word/2010/wordml" w:rsidP="6E60FDBA" w14:paraId="24A54AC0" wp14:textId="2CAE9620">
      <w:pPr>
        <w:spacing w:before="240" w:beforeAutospacing="off" w:after="240" w:afterAutospacing="off"/>
        <w:ind w:left="0"/>
        <w:jc w:val="right"/>
      </w:pPr>
      <w:r w:rsidRPr="6E60FDBA" w:rsidR="3F69B5E2">
        <w:rPr>
          <w:rFonts w:ascii="Times New Roman" w:hAnsi="Times New Roman" w:eastAsia="Times New Roman" w:cs="Times New Roman"/>
          <w:noProof w:val="0"/>
          <w:sz w:val="24"/>
          <w:szCs w:val="24"/>
          <w:rtl w:val="1"/>
          <w:lang w:bidi="ar-SA"/>
        </w:rPr>
        <w:t>نظام</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b w:val="1"/>
          <w:bCs w:val="1"/>
          <w:noProof w:val="0"/>
          <w:sz w:val="24"/>
          <w:szCs w:val="24"/>
          <w:lang w:bidi="ar-SA"/>
        </w:rPr>
        <w:t>CarMate</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rtl w:val="1"/>
          <w:lang w:bidi="ar-SA"/>
        </w:rPr>
        <w:t>هو منصة شاملة تهدف إلى تبسيط عمليات صيانة السيارات لكلٍ من العملاء ومديري الورش، حيث يُحسّن تجربة المستخدم من خلال جعل عملية الصيانة أكثر شفافية وسهولة في الوصول، كما يُسهل التواصل الفعّال بين العملاء وأصحاب الورش</w:t>
      </w:r>
      <w:r w:rsidRPr="6E60FDBA" w:rsidR="3F69B5E2">
        <w:rPr>
          <w:rFonts w:ascii="Times New Roman" w:hAnsi="Times New Roman" w:eastAsia="Times New Roman" w:cs="Times New Roman"/>
          <w:noProof w:val="0"/>
          <w:sz w:val="24"/>
          <w:szCs w:val="24"/>
          <w:lang w:bidi="ar-SA"/>
        </w:rPr>
        <w:t>.</w:t>
      </w:r>
    </w:p>
    <w:p xmlns:wp14="http://schemas.microsoft.com/office/word/2010/wordml" w:rsidP="6E60FDBA" w14:paraId="7D1C89CE" wp14:textId="62440C8F">
      <w:pPr>
        <w:spacing w:before="240" w:beforeAutospacing="off" w:after="240" w:afterAutospacing="off"/>
        <w:ind w:left="0"/>
        <w:jc w:val="right"/>
      </w:pPr>
      <w:r w:rsidRPr="6E60FDBA" w:rsidR="3F69B5E2">
        <w:rPr>
          <w:rFonts w:ascii="Times New Roman" w:hAnsi="Times New Roman" w:eastAsia="Times New Roman" w:cs="Times New Roman"/>
          <w:noProof w:val="0"/>
          <w:sz w:val="24"/>
          <w:szCs w:val="24"/>
          <w:rtl w:val="1"/>
          <w:lang w:bidi="ar-SA"/>
        </w:rPr>
        <w:t>يستطيع العملاء من خلال التطبيق الوصول إلى سجل صيانة مركباتهم والاطلاع على تفاصيل الخدمات التي أُجريت، بما في ذلك التكاليف وقطع الغيار المستخدمة. ويحتوي التطبيق على ميزة خريطة تُمكن المستخدمين من العثور على الورش القريبة، واستعراض تقييمات العملاء السابقين، واختيار الخدمة المناسبة بناءً على الآراء والتقييمات. كما يمكنهم حجز الخدمات وطلب قطع الغيار عبر الإنترنت، بالإضافة إلى خيار توصيل السيارة بعد الصيانة. ويُتيح النظام أيضاً تقديم تقارير عن الأعطال، والحصول على نصائح لحل المشاكل، وتتبع حالة إصلاح السيارة بشكل لحظي</w:t>
      </w:r>
      <w:r w:rsidRPr="6E60FDBA" w:rsidR="3F69B5E2">
        <w:rPr>
          <w:rFonts w:ascii="Times New Roman" w:hAnsi="Times New Roman" w:eastAsia="Times New Roman" w:cs="Times New Roman"/>
          <w:noProof w:val="0"/>
          <w:sz w:val="24"/>
          <w:szCs w:val="24"/>
          <w:lang w:bidi="ar-SA"/>
        </w:rPr>
        <w:t>.</w:t>
      </w:r>
    </w:p>
    <w:p xmlns:wp14="http://schemas.microsoft.com/office/word/2010/wordml" w:rsidP="6E60FDBA" w14:paraId="132A01E8" wp14:textId="4DA9C861">
      <w:pPr>
        <w:spacing w:before="240" w:beforeAutospacing="off" w:after="240" w:afterAutospacing="off"/>
        <w:ind w:left="0"/>
        <w:jc w:val="right"/>
      </w:pPr>
      <w:r w:rsidRPr="6E60FDBA" w:rsidR="3F69B5E2">
        <w:rPr>
          <w:rFonts w:ascii="Times New Roman" w:hAnsi="Times New Roman" w:eastAsia="Times New Roman" w:cs="Times New Roman"/>
          <w:noProof w:val="0"/>
          <w:sz w:val="24"/>
          <w:szCs w:val="24"/>
          <w:rtl w:val="1"/>
          <w:lang w:bidi="ar-SA"/>
        </w:rPr>
        <w:t>أما بالنسبة لأصحاب الورش، فيوفر</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lang w:bidi="ar-SA"/>
        </w:rPr>
        <w:t>CarMate</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rtl w:val="1"/>
          <w:lang w:bidi="ar-SA"/>
        </w:rPr>
        <w:t>لوحة تحكم لإدارة طلبات الصيانة وتتبع تقدم الإصلاحات، بما في ذلك التكاليف، وقطع الغيار المستبدلة، والوقت المتوقع لإنهاء الخدمة. يمكن لأصحاب الورش إرسال الفواتير إلكترونيًا، ويستطيع العملاء الدفع نقدًا أو باستخدام نقاط التطبيق. ويشمل النظام أدوات جدولة، وتقارير أداء، وإدارة الحجوزات والمواعيد، بالإضافة إلى إدارة المخزون. وتساعد أدوات تحليل البيانات مالكي الورش على التعرف على أنماط الأعطال وتحسين التخطيط للخدمات، كما يوفر</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lang w:bidi="ar-SA"/>
        </w:rPr>
        <w:t>CarMate</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rtl w:val="1"/>
          <w:lang w:bidi="ar-SA"/>
        </w:rPr>
        <w:t>أداة لتقدير التكاليف تساعد في تقديم أسعار دقيقة للإصلاح، مما يعزز الشفافية ورضا العملاء</w:t>
      </w:r>
      <w:r w:rsidRPr="6E60FDBA" w:rsidR="3F69B5E2">
        <w:rPr>
          <w:rFonts w:ascii="Times New Roman" w:hAnsi="Times New Roman" w:eastAsia="Times New Roman" w:cs="Times New Roman"/>
          <w:noProof w:val="0"/>
          <w:sz w:val="24"/>
          <w:szCs w:val="24"/>
          <w:lang w:bidi="ar-SA"/>
        </w:rPr>
        <w:t>.</w:t>
      </w:r>
    </w:p>
    <w:p xmlns:wp14="http://schemas.microsoft.com/office/word/2010/wordml" w:rsidP="6E60FDBA" w14:paraId="25C4717F" wp14:textId="496CB558">
      <w:pPr>
        <w:spacing w:before="240" w:beforeAutospacing="off" w:after="240" w:afterAutospacing="off"/>
        <w:ind w:left="0"/>
        <w:jc w:val="right"/>
      </w:pPr>
      <w:r w:rsidRPr="6E60FDBA" w:rsidR="3F69B5E2">
        <w:rPr>
          <w:rFonts w:ascii="Times New Roman" w:hAnsi="Times New Roman" w:eastAsia="Times New Roman" w:cs="Times New Roman"/>
          <w:noProof w:val="0"/>
          <w:sz w:val="24"/>
          <w:szCs w:val="24"/>
          <w:rtl w:val="1"/>
          <w:lang w:bidi="ar-SA"/>
        </w:rPr>
        <w:t>بشكل عام، يُقدّم</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lang w:bidi="ar-SA"/>
        </w:rPr>
        <w:t>CarMate</w:t>
      </w:r>
      <w:r w:rsidRPr="6E60FDBA" w:rsidR="3F69B5E2">
        <w:rPr>
          <w:rFonts w:ascii="Times New Roman" w:hAnsi="Times New Roman" w:eastAsia="Times New Roman" w:cs="Times New Roman"/>
          <w:noProof w:val="0"/>
          <w:sz w:val="24"/>
          <w:szCs w:val="24"/>
          <w:lang w:bidi="ar-SA"/>
        </w:rPr>
        <w:t xml:space="preserve"> </w:t>
      </w:r>
      <w:r w:rsidRPr="6E60FDBA" w:rsidR="3F69B5E2">
        <w:rPr>
          <w:rFonts w:ascii="Times New Roman" w:hAnsi="Times New Roman" w:eastAsia="Times New Roman" w:cs="Times New Roman"/>
          <w:noProof w:val="0"/>
          <w:sz w:val="24"/>
          <w:szCs w:val="24"/>
          <w:rtl w:val="1"/>
          <w:lang w:bidi="ar-SA"/>
        </w:rPr>
        <w:t>حلاً متكاملاً لإدارة عمليات الصيانة بكفاءة، وتحسين تجربة العميل بشكل كبير</w:t>
      </w:r>
      <w:r w:rsidRPr="6E60FDBA" w:rsidR="3F69B5E2">
        <w:rPr>
          <w:rFonts w:ascii="Times New Roman" w:hAnsi="Times New Roman" w:eastAsia="Times New Roman" w:cs="Times New Roman"/>
          <w:noProof w:val="0"/>
          <w:sz w:val="24"/>
          <w:szCs w:val="24"/>
          <w:lang w:bidi="ar-SA"/>
        </w:rPr>
        <w:t>.</w:t>
      </w:r>
    </w:p>
    <w:p xmlns:wp14="http://schemas.microsoft.com/office/word/2010/wordml" w14:paraId="075464E0" wp14:textId="6A4DF218"/>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9530BB8"/>
    <w:rsid w:val="3F69B5E2"/>
    <w:rsid w:val="6E60FDBA"/>
    <w:rsid w:val="7F613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031A68ED-7922-4157-90ED-32300D2E43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مؤمن رمضان</lastModifiedBy>
  <revision>2</revision>
  <dcterms:created xsi:type="dcterms:W3CDTF">2013-12-23T23:15:00.0000000Z</dcterms:created>
  <dcterms:modified xsi:type="dcterms:W3CDTF">2025-07-06T19:51:19.0999673Z</dcterms:modified>
  <category/>
</coreProperties>
</file>