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jc w:val="right"/>
      </w:pPr>
      <w:r>
        <w:rPr>
          <w:rFonts w:ascii="Arial" w:hAnsi="Arial"/>
          <w:sz w:val="28"/>
        </w:rPr>
        <w:t>الملخص</w:t>
        <w:br/>
        <w:t>تُعدّ برمجيات الفدية (Ransomware) من أخطر التهديدات في مجال الأمن السيبراني، حيث تتسبب بخسائر كبيرة من خلال تشفير بيانات المستخدمين وطلب فدية مقابل استرجاعها. أنظمة الحماية التقليدية غالبًا ما تفشل في اكتشاف أنواع جديدة أو متطورة من هذه البرمجيات، لاعتمادها على تقنيات كشف تعتمد على التواقيع (signatures). في هذا المشروع، نقدّم نظامًا ذكيًا وفوريًا لاكتشاف وتخفيف هجمات برمجيات الفدية، يعتمد على التحليل السلوكي وتقنيات تعلم الآلة. يقوم النظام بمراقبة أنشطة الملفات، وتعديلات الـ registry، والسلوك الشبكي باستخدام لغة C++ وواجهات برمجة التطبيقات في نظام Windows، ويستخرج خصائص تقنية من الملفات التنفيذية. تُمرَّر هذه الخصائص إلى نموذج مدرَّب من نوع Random Forest مكتوب بلغة Python لتصنيف الملف إذا ما كان سليمًا أو خبيثًا. في حال تم اكتشاف برمجية فدية، يتخذ النظام إجراءً فوريًا لمنع التهديد قبل أن يُحدث ضررًا. تم تنفيذ التكامل بين C++ وPython لتحقيق التصنيف اللحظي، كما تم تصميم النظام بشكل مرن وقابل للتوسعة لمواكبة التهديدات الحديثة. تم اختبار النظام باستخدام عينات حقيقية ضمن بيئة افتراضية، وحقق دقة عالية في الكشف عن برمجيات الفدية قبل تنفيذها.</w:t>
      </w:r>
    </w:p>
    <w:sectPr w:rsidR="00FC693F" w:rsidRPr="0006063C" w:rsidSect="00034616">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ＭＳ ゴシック">
    <w:panose1 w:val="00000000000000000000"/>
    <w:charset w:val="80"/>
    <w:family w:val="modern"/>
    <w:notTrueType/>
    <w:pitch w:val="fixed"/>
    <w:sig w:usb0="00000001" w:usb1="08070000" w:usb2="00000010" w:usb3="00000000" w:csb0="00020000" w:csb1="00000000"/>
  </w:font>
  <w:font w:name="Courier">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C310EC42"/>
    <w:lvl w:ilvl="0">
      <w:start w:val="1"/>
      <w:numFmt w:val="decimal"/>
      <w:lvlText w:val="%1."/>
      <w:lvlJc w:val="left"/>
      <w:pPr>
        <w:tabs>
          <w:tab w:val="num" w:pos="1800"/>
        </w:tabs>
        <w:ind w:left="1800" w:hanging="360"/>
      </w:pPr>
    </w:lvl>
  </w:abstractNum>
  <w:abstractNum w:abstractNumId="1">
    <w:nsid w:val="FFFFFF7D"/>
    <w:multiLevelType w:val="singleLevel"/>
    <w:tmpl w:val="E4089024"/>
    <w:lvl w:ilvl="0">
      <w:start w:val="1"/>
      <w:numFmt w:val="decimal"/>
      <w:lvlText w:val="%1."/>
      <w:lvlJc w:val="left"/>
      <w:pPr>
        <w:tabs>
          <w:tab w:val="num" w:pos="1440"/>
        </w:tabs>
        <w:ind w:left="1440" w:hanging="360"/>
      </w:pPr>
    </w:lvl>
  </w:abstractNum>
  <w:abstractNum w:abstractNumId="2">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7730"/>
    <w:rsid w:val="00034616"/>
    <w:rsid w:val="0006063C"/>
    <w:rsid w:val="0015074B"/>
    <w:rsid w:val="0029639D"/>
    <w:rsid w:val="00326F90"/>
    <w:rsid w:val="00AA1D8D"/>
    <w:rsid w:val="00B47730"/>
    <w:rsid w:val="00CB066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24062061"/>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693F"/>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0</Words>
  <Characters>0</Characters>
  <Application>Microsoft Macintosh Word</Application>
  <DocSecurity>0</DocSecurity>
  <Lines>0</Lines>
  <Paragraphs>0</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
  <cp:revision>1</cp:revision>
  <dcterms:created xsi:type="dcterms:W3CDTF">2013-12-23T23:15:00Z</dcterms:created>
  <dcterms:modified xsi:type="dcterms:W3CDTF">2013-12-23T23:15:00Z</dcterms:modified>
  <cp:category/>
</cp:coreProperties>
</file>